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E9C7C1" w14:textId="414F2E2D" w:rsidR="000F50CA" w:rsidRDefault="001A178B">
      <w:pPr>
        <w:pStyle w:val="Title"/>
        <w:jc w:val="center"/>
      </w:pPr>
      <w:r>
        <w:t>HR Software</w:t>
      </w:r>
      <w:r w:rsidR="00000000">
        <w:t xml:space="preserve"> Vendor Evaluation Scorecard</w:t>
      </w:r>
    </w:p>
    <w:p w14:paraId="77A12614" w14:textId="15AB50AA" w:rsidR="000F50CA" w:rsidRDefault="00000000">
      <w:pPr>
        <w:jc w:val="center"/>
      </w:pPr>
      <w:r>
        <w:rPr>
          <w:b/>
          <w:color w:val="646464"/>
        </w:rPr>
        <w:t>Master Demo Template</w:t>
      </w:r>
    </w:p>
    <w:p w14:paraId="7C3ECDD7" w14:textId="77777777" w:rsidR="000F50CA" w:rsidRDefault="00000000">
      <w:r>
        <w:br/>
      </w:r>
    </w:p>
    <w:p w14:paraId="106BA59F" w14:textId="77777777" w:rsidR="000F50CA" w:rsidRDefault="00000000">
      <w:r>
        <w:rPr>
          <w:b/>
        </w:rPr>
        <w:t>How to use this template:</w:t>
      </w:r>
      <w:r>
        <w:rPr>
          <w:b/>
        </w:rPr>
        <w:br/>
      </w:r>
      <w:r>
        <w:t>1. Create one copy of this document for each vendor you are evaluating.</w:t>
      </w:r>
      <w:r>
        <w:br/>
        <w:t>2. Fill out the sections below during or immediately after your sales demo.</w:t>
      </w:r>
      <w:r>
        <w:br/>
        <w:t xml:space="preserve">3. Score each requirement from </w:t>
      </w:r>
      <w:r>
        <w:rPr>
          <w:b/>
        </w:rPr>
        <w:t>1 (Poor/Lacking) to 5 (Excellent/Native)</w:t>
      </w:r>
      <w:r>
        <w:t>.</w:t>
      </w:r>
      <w:r>
        <w:br/>
        <w:t>4. Once all vendor demos are complete, use the final Summary page to compare total scores.</w:t>
      </w:r>
    </w:p>
    <w:p w14:paraId="0CBD89A0" w14:textId="77777777" w:rsidR="000F50CA" w:rsidRDefault="00000000">
      <w: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0F50CA" w14:paraId="0F3FEBD6" w14:textId="77777777">
        <w:tc>
          <w:tcPr>
            <w:tcW w:w="4320" w:type="dxa"/>
          </w:tcPr>
          <w:p w14:paraId="5E556FD4" w14:textId="77777777" w:rsidR="000F50CA" w:rsidRDefault="00000000">
            <w:r>
              <w:rPr>
                <w:b/>
              </w:rPr>
              <w:t>Vendor Name: _______________________</w:t>
            </w:r>
          </w:p>
        </w:tc>
        <w:tc>
          <w:tcPr>
            <w:tcW w:w="4320" w:type="dxa"/>
          </w:tcPr>
          <w:p w14:paraId="0EAFF468" w14:textId="77777777" w:rsidR="000F50CA" w:rsidRDefault="00000000">
            <w:r>
              <w:rPr>
                <w:b/>
              </w:rPr>
              <w:t>Date of Demo: _______________________</w:t>
            </w:r>
          </w:p>
        </w:tc>
      </w:tr>
      <w:tr w:rsidR="000F50CA" w14:paraId="7A847A09" w14:textId="77777777">
        <w:tc>
          <w:tcPr>
            <w:tcW w:w="4320" w:type="dxa"/>
          </w:tcPr>
          <w:p w14:paraId="2247311C" w14:textId="77777777" w:rsidR="000F50CA" w:rsidRDefault="00000000">
            <w:r>
              <w:rPr>
                <w:b/>
              </w:rPr>
              <w:t>Sales Rep / Contact: ________________</w:t>
            </w:r>
          </w:p>
        </w:tc>
        <w:tc>
          <w:tcPr>
            <w:tcW w:w="4320" w:type="dxa"/>
          </w:tcPr>
          <w:p w14:paraId="2033B3C6" w14:textId="77777777" w:rsidR="000F50CA" w:rsidRDefault="00000000">
            <w:r>
              <w:rPr>
                <w:b/>
              </w:rPr>
              <w:t>Evaluator Name: _____________________</w:t>
            </w:r>
          </w:p>
        </w:tc>
      </w:tr>
    </w:tbl>
    <w:p w14:paraId="474A9392" w14:textId="77777777" w:rsidR="000F50CA" w:rsidRDefault="00000000">
      <w:r>
        <w:br/>
      </w:r>
    </w:p>
    <w:p w14:paraId="130C1BE3" w14:textId="77777777" w:rsidR="000F50CA" w:rsidRDefault="00000000">
      <w:pPr>
        <w:pStyle w:val="Heading2"/>
      </w:pPr>
      <w:r>
        <w:t>1. Commercials &amp; Hidden Fees</w:t>
      </w:r>
    </w:p>
    <w:tbl>
      <w:tblPr>
        <w:tblStyle w:val="LightGrid-Accent1"/>
        <w:tblW w:w="10031" w:type="dxa"/>
        <w:tblLayout w:type="fixed"/>
        <w:tblLook w:val="04A0" w:firstRow="1" w:lastRow="0" w:firstColumn="1" w:lastColumn="0" w:noHBand="0" w:noVBand="1"/>
      </w:tblPr>
      <w:tblGrid>
        <w:gridCol w:w="5040"/>
        <w:gridCol w:w="1022"/>
        <w:gridCol w:w="3969"/>
      </w:tblGrid>
      <w:tr w:rsidR="000F50CA" w14:paraId="413A30DF" w14:textId="77777777" w:rsidTr="001A17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29690C1" w14:textId="77777777" w:rsidR="000F50CA" w:rsidRDefault="00000000">
            <w:r>
              <w:t>Questions to Ask on Demo</w:t>
            </w:r>
          </w:p>
        </w:tc>
        <w:tc>
          <w:tcPr>
            <w:tcW w:w="1022" w:type="dxa"/>
          </w:tcPr>
          <w:p w14:paraId="753C2C47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Score (1-5)</w:t>
            </w:r>
          </w:p>
        </w:tc>
        <w:tc>
          <w:tcPr>
            <w:tcW w:w="3969" w:type="dxa"/>
          </w:tcPr>
          <w:p w14:paraId="207B9CC7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Notes / Red Flags</w:t>
            </w:r>
          </w:p>
        </w:tc>
      </w:tr>
      <w:tr w:rsidR="000F50CA" w14:paraId="0E75FAFA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071A5CA" w14:textId="77777777" w:rsidR="000F50CA" w:rsidRDefault="00000000">
            <w:r>
              <w:t>"What is the base monthly platform fee before per-employee costs?"</w:t>
            </w:r>
          </w:p>
        </w:tc>
        <w:tc>
          <w:tcPr>
            <w:tcW w:w="1022" w:type="dxa"/>
          </w:tcPr>
          <w:p w14:paraId="52F21ADC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2CFD5A17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5A2AC6A6" w14:textId="77777777" w:rsidTr="001A17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F29FB65" w14:textId="77777777" w:rsidR="000F50CA" w:rsidRDefault="00000000">
            <w:r>
              <w:t>"Are there any setup, implementation, or onboarding fees?"</w:t>
            </w:r>
          </w:p>
        </w:tc>
        <w:tc>
          <w:tcPr>
            <w:tcW w:w="1022" w:type="dxa"/>
          </w:tcPr>
          <w:p w14:paraId="689E42D5" w14:textId="77777777" w:rsidR="000F50CA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1A76C9DC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6A813890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613C451" w14:textId="77777777" w:rsidR="000F50CA" w:rsidRDefault="00000000">
            <w:r>
              <w:t>"What is your standard markup on foreign exchange (FX) rates?"</w:t>
            </w:r>
          </w:p>
        </w:tc>
        <w:tc>
          <w:tcPr>
            <w:tcW w:w="1022" w:type="dxa"/>
          </w:tcPr>
          <w:p w14:paraId="2F5F347D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726D69D0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18F65E88" w14:textId="77777777" w:rsidTr="001A17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A63CAA5" w14:textId="77777777" w:rsidR="000F50CA" w:rsidRDefault="00000000">
            <w:r>
              <w:t>"Is there a contract minimum or forced 12-month lock-in?"</w:t>
            </w:r>
          </w:p>
        </w:tc>
        <w:tc>
          <w:tcPr>
            <w:tcW w:w="1022" w:type="dxa"/>
          </w:tcPr>
          <w:p w14:paraId="61621014" w14:textId="77777777" w:rsidR="000F50CA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0A0FBDF0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1871FF12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E953FAE" w14:textId="77777777" w:rsidR="000F50CA" w:rsidRDefault="00000000">
            <w:r>
              <w:t>"How are offboarding or termination fees handled?"</w:t>
            </w:r>
          </w:p>
        </w:tc>
        <w:tc>
          <w:tcPr>
            <w:tcW w:w="1022" w:type="dxa"/>
          </w:tcPr>
          <w:p w14:paraId="7EB8B97E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0FB11B53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85306B1" w14:textId="77777777" w:rsidR="000F50CA" w:rsidRDefault="00000000">
      <w:r>
        <w:br/>
      </w:r>
    </w:p>
    <w:p w14:paraId="54349422" w14:textId="77777777" w:rsidR="000F50CA" w:rsidRDefault="00000000">
      <w:pPr>
        <w:pStyle w:val="Heading2"/>
      </w:pPr>
      <w:r>
        <w:lastRenderedPageBreak/>
        <w:t>2. Product &amp; Capabilities</w:t>
      </w:r>
    </w:p>
    <w:tbl>
      <w:tblPr>
        <w:tblStyle w:val="LightGrid-Accent1"/>
        <w:tblW w:w="10031" w:type="dxa"/>
        <w:tblLayout w:type="fixed"/>
        <w:tblLook w:val="04A0" w:firstRow="1" w:lastRow="0" w:firstColumn="1" w:lastColumn="0" w:noHBand="0" w:noVBand="1"/>
      </w:tblPr>
      <w:tblGrid>
        <w:gridCol w:w="5040"/>
        <w:gridCol w:w="1022"/>
        <w:gridCol w:w="3969"/>
      </w:tblGrid>
      <w:tr w:rsidR="000F50CA" w14:paraId="4D3031FE" w14:textId="77777777" w:rsidTr="001A17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023C268" w14:textId="77777777" w:rsidR="000F50CA" w:rsidRDefault="00000000">
            <w:r>
              <w:t>Questions to Ask on Demo</w:t>
            </w:r>
          </w:p>
        </w:tc>
        <w:tc>
          <w:tcPr>
            <w:tcW w:w="1022" w:type="dxa"/>
          </w:tcPr>
          <w:p w14:paraId="76E5D264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Score (1-5)</w:t>
            </w:r>
          </w:p>
        </w:tc>
        <w:tc>
          <w:tcPr>
            <w:tcW w:w="3969" w:type="dxa"/>
          </w:tcPr>
          <w:p w14:paraId="69C53286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Notes / Red Flags</w:t>
            </w:r>
          </w:p>
        </w:tc>
      </w:tr>
      <w:tr w:rsidR="000F50CA" w14:paraId="1733DFBE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CFACC04" w14:textId="77777777" w:rsidR="000F50CA" w:rsidRDefault="00000000">
            <w:r>
              <w:t>"Is your platform built on a single database, or stitched together via acquisitions?"</w:t>
            </w:r>
          </w:p>
        </w:tc>
        <w:tc>
          <w:tcPr>
            <w:tcW w:w="1022" w:type="dxa"/>
          </w:tcPr>
          <w:p w14:paraId="4C71A120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3E3F2324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0A989B56" w14:textId="77777777" w:rsidTr="001A17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C1B3053" w14:textId="77777777" w:rsidR="000F50CA" w:rsidRDefault="00000000">
            <w:r>
              <w:t>"Can you show me the exact workflow for generating a localized contract?"</w:t>
            </w:r>
          </w:p>
        </w:tc>
        <w:tc>
          <w:tcPr>
            <w:tcW w:w="1022" w:type="dxa"/>
          </w:tcPr>
          <w:p w14:paraId="7A19B1BF" w14:textId="77777777" w:rsidR="000F50CA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46C4E52C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25800110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B8BD742" w14:textId="77777777" w:rsidR="000F50CA" w:rsidRDefault="00000000">
            <w:r>
              <w:t>"How does expense management and reimbursement flow through payroll?"</w:t>
            </w:r>
          </w:p>
        </w:tc>
        <w:tc>
          <w:tcPr>
            <w:tcW w:w="1022" w:type="dxa"/>
          </w:tcPr>
          <w:p w14:paraId="5ECDCE79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1876ED73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057C6F58" w14:textId="77777777" w:rsidTr="001A17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AB583B3" w14:textId="77777777" w:rsidR="000F50CA" w:rsidRDefault="00000000">
            <w:r>
              <w:t>"What direct integrations do you have with our current ATS/HRIS?"</w:t>
            </w:r>
          </w:p>
        </w:tc>
        <w:tc>
          <w:tcPr>
            <w:tcW w:w="1022" w:type="dxa"/>
          </w:tcPr>
          <w:p w14:paraId="608A4F67" w14:textId="77777777" w:rsidR="000F50CA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35151968" w14:textId="77777777" w:rsidR="000F50CA" w:rsidRDefault="000F50CA" w:rsidP="001A178B">
            <w:pPr>
              <w:ind w:right="12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2549A0B7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1C83E2A" w14:textId="77777777" w:rsidR="000F50CA" w:rsidRDefault="00000000">
            <w:r>
              <w:t>"Can contractors transition to full-time employees without changing systems?"</w:t>
            </w:r>
          </w:p>
        </w:tc>
        <w:tc>
          <w:tcPr>
            <w:tcW w:w="1022" w:type="dxa"/>
          </w:tcPr>
          <w:p w14:paraId="4A0597C4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539C111E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4A746C7" w14:textId="77777777" w:rsidR="000F50CA" w:rsidRDefault="00000000">
      <w:r>
        <w:br/>
      </w:r>
    </w:p>
    <w:p w14:paraId="7052FFE8" w14:textId="77777777" w:rsidR="000F50CA" w:rsidRDefault="00000000">
      <w:pPr>
        <w:pStyle w:val="Heading2"/>
      </w:pPr>
      <w:r>
        <w:t>3. Compliance &amp; Risk Management</w:t>
      </w:r>
    </w:p>
    <w:tbl>
      <w:tblPr>
        <w:tblStyle w:val="LightGrid-Accent1"/>
        <w:tblW w:w="10031" w:type="dxa"/>
        <w:tblLayout w:type="fixed"/>
        <w:tblLook w:val="04A0" w:firstRow="1" w:lastRow="0" w:firstColumn="1" w:lastColumn="0" w:noHBand="0" w:noVBand="1"/>
      </w:tblPr>
      <w:tblGrid>
        <w:gridCol w:w="5040"/>
        <w:gridCol w:w="1022"/>
        <w:gridCol w:w="3969"/>
      </w:tblGrid>
      <w:tr w:rsidR="000F50CA" w14:paraId="3909DF4F" w14:textId="77777777" w:rsidTr="001A17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B30494A" w14:textId="77777777" w:rsidR="000F50CA" w:rsidRDefault="00000000">
            <w:r>
              <w:t>Questions to Ask on Demo</w:t>
            </w:r>
          </w:p>
        </w:tc>
        <w:tc>
          <w:tcPr>
            <w:tcW w:w="1022" w:type="dxa"/>
          </w:tcPr>
          <w:p w14:paraId="467865D6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Score (1-5)</w:t>
            </w:r>
          </w:p>
        </w:tc>
        <w:tc>
          <w:tcPr>
            <w:tcW w:w="3969" w:type="dxa"/>
          </w:tcPr>
          <w:p w14:paraId="13E7A74D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Notes / Red Flags</w:t>
            </w:r>
          </w:p>
        </w:tc>
      </w:tr>
      <w:tr w:rsidR="000F50CA" w14:paraId="152AB692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AC8A53A" w14:textId="77777777" w:rsidR="000F50CA" w:rsidRDefault="00000000">
            <w:r>
              <w:t>"Do you own your legal entities in our target countries, or use third-party partners?"</w:t>
            </w:r>
          </w:p>
        </w:tc>
        <w:tc>
          <w:tcPr>
            <w:tcW w:w="1022" w:type="dxa"/>
          </w:tcPr>
          <w:p w14:paraId="0E777F82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1963651D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4A1C796A" w14:textId="77777777" w:rsidTr="001A17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2AAB8E3" w14:textId="77777777" w:rsidR="000F50CA" w:rsidRDefault="00000000">
            <w:r>
              <w:t>"How is IP (Intellectual Property) assignment handled in local contracts?"</w:t>
            </w:r>
          </w:p>
        </w:tc>
        <w:tc>
          <w:tcPr>
            <w:tcW w:w="1022" w:type="dxa"/>
          </w:tcPr>
          <w:p w14:paraId="0A8398A3" w14:textId="77777777" w:rsidR="000F50CA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75835338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348848E7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416AAAE7" w14:textId="77777777" w:rsidR="000F50CA" w:rsidRDefault="00000000">
            <w:r>
              <w:t>"Are you fully SOC2 Type II and GDPR compliant?"</w:t>
            </w:r>
          </w:p>
        </w:tc>
        <w:tc>
          <w:tcPr>
            <w:tcW w:w="1022" w:type="dxa"/>
          </w:tcPr>
          <w:p w14:paraId="342B4020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7A47EE27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5AA71952" w14:textId="77777777" w:rsidTr="001A17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6B618D9F" w14:textId="77777777" w:rsidR="000F50CA" w:rsidRDefault="00000000">
            <w:r>
              <w:t>"Who handles the liability if a worker is misclassified?"</w:t>
            </w:r>
          </w:p>
        </w:tc>
        <w:tc>
          <w:tcPr>
            <w:tcW w:w="1022" w:type="dxa"/>
          </w:tcPr>
          <w:p w14:paraId="18830673" w14:textId="77777777" w:rsidR="000F50CA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759B1CA7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476DAEEE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578332C8" w14:textId="77777777" w:rsidR="000F50CA" w:rsidRDefault="00000000">
            <w:r>
              <w:t>"How do you ensure tax withholdings are accurate in real-time?"</w:t>
            </w:r>
          </w:p>
        </w:tc>
        <w:tc>
          <w:tcPr>
            <w:tcW w:w="1022" w:type="dxa"/>
          </w:tcPr>
          <w:p w14:paraId="5F40143F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38559CD0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5DCB25B" w14:textId="77777777" w:rsidR="000F50CA" w:rsidRDefault="00000000">
      <w:r>
        <w:br/>
      </w:r>
    </w:p>
    <w:p w14:paraId="0EB33B5B" w14:textId="77777777" w:rsidR="000F50CA" w:rsidRDefault="00000000">
      <w:pPr>
        <w:pStyle w:val="Heading2"/>
      </w:pPr>
      <w:r>
        <w:t>4. Support &amp; Account Management</w:t>
      </w:r>
    </w:p>
    <w:tbl>
      <w:tblPr>
        <w:tblStyle w:val="LightGrid-Accent1"/>
        <w:tblW w:w="10031" w:type="dxa"/>
        <w:tblLayout w:type="fixed"/>
        <w:tblLook w:val="04A0" w:firstRow="1" w:lastRow="0" w:firstColumn="1" w:lastColumn="0" w:noHBand="0" w:noVBand="1"/>
      </w:tblPr>
      <w:tblGrid>
        <w:gridCol w:w="5040"/>
        <w:gridCol w:w="1022"/>
        <w:gridCol w:w="3969"/>
      </w:tblGrid>
      <w:tr w:rsidR="000F50CA" w14:paraId="26834635" w14:textId="77777777" w:rsidTr="001A17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CF8D3ED" w14:textId="77777777" w:rsidR="000F50CA" w:rsidRDefault="00000000">
            <w:r>
              <w:t>Questions to Ask on Demo</w:t>
            </w:r>
          </w:p>
        </w:tc>
        <w:tc>
          <w:tcPr>
            <w:tcW w:w="1022" w:type="dxa"/>
          </w:tcPr>
          <w:p w14:paraId="40E6D19C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Score (1-5)</w:t>
            </w:r>
          </w:p>
        </w:tc>
        <w:tc>
          <w:tcPr>
            <w:tcW w:w="3969" w:type="dxa"/>
          </w:tcPr>
          <w:p w14:paraId="72043572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Notes / Red Flags</w:t>
            </w:r>
          </w:p>
        </w:tc>
      </w:tr>
      <w:tr w:rsidR="000F50CA" w14:paraId="308F59E2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15293965" w14:textId="77777777" w:rsidR="000F50CA" w:rsidRDefault="00000000">
            <w:r>
              <w:t>"Will we have a dedicated Account Manager, or pooled support?"</w:t>
            </w:r>
          </w:p>
        </w:tc>
        <w:tc>
          <w:tcPr>
            <w:tcW w:w="1022" w:type="dxa"/>
          </w:tcPr>
          <w:p w14:paraId="698B9EDF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2C5AC048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5F2EF811" w14:textId="77777777" w:rsidTr="001A17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0677F0C5" w14:textId="77777777" w:rsidR="000F50CA" w:rsidRDefault="00000000">
            <w:r>
              <w:t>"What is the guaranteed SLA (response time) for critical payroll issues?"</w:t>
            </w:r>
          </w:p>
        </w:tc>
        <w:tc>
          <w:tcPr>
            <w:tcW w:w="1022" w:type="dxa"/>
          </w:tcPr>
          <w:p w14:paraId="425C7BD9" w14:textId="77777777" w:rsidR="000F50CA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71081C34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4041A117" w14:textId="77777777" w:rsidTr="001A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7EF83B6" w14:textId="77777777" w:rsidR="000F50CA" w:rsidRDefault="00000000">
            <w:r>
              <w:t>"Do our employees contact you directly for support, or do they go through us?"</w:t>
            </w:r>
          </w:p>
        </w:tc>
        <w:tc>
          <w:tcPr>
            <w:tcW w:w="1022" w:type="dxa"/>
          </w:tcPr>
          <w:p w14:paraId="2A9CA74C" w14:textId="77777777" w:rsidR="000F50CA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56CAE1B4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772015E3" w14:textId="77777777" w:rsidTr="001A17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0CDBC02" w14:textId="77777777" w:rsidR="000F50CA" w:rsidRDefault="00000000">
            <w:r>
              <w:t>"What is the realistic timeline from signing to our first active payroll run?"</w:t>
            </w:r>
          </w:p>
        </w:tc>
        <w:tc>
          <w:tcPr>
            <w:tcW w:w="1022" w:type="dxa"/>
          </w:tcPr>
          <w:p w14:paraId="5FB26B98" w14:textId="77777777" w:rsidR="000F50CA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___ / 5</w:t>
            </w:r>
          </w:p>
        </w:tc>
        <w:tc>
          <w:tcPr>
            <w:tcW w:w="3969" w:type="dxa"/>
          </w:tcPr>
          <w:p w14:paraId="5AD6A260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41D12D0" w14:textId="37F4C0CF" w:rsidR="000F50CA" w:rsidRDefault="00000000">
      <w:r>
        <w:br/>
      </w:r>
      <w:r>
        <w:rPr>
          <w:b/>
          <w:sz w:val="28"/>
        </w:rPr>
        <w:t>Total Score for this Vendor: _______ / 100</w:t>
      </w:r>
      <w:r>
        <w:br w:type="page"/>
      </w:r>
    </w:p>
    <w:p w14:paraId="4A67A3EE" w14:textId="565FE583" w:rsidR="000F50CA" w:rsidRDefault="001A178B">
      <w:pPr>
        <w:pStyle w:val="Heading1"/>
      </w:pPr>
      <w:r>
        <w:lastRenderedPageBreak/>
        <w:t>F</w:t>
      </w:r>
      <w:r w:rsidR="00000000">
        <w:t>inal Executive Comparison</w:t>
      </w:r>
    </w:p>
    <w:p w14:paraId="0508D0A9" w14:textId="77777777" w:rsidR="000F50CA" w:rsidRDefault="00000000">
      <w:r>
        <w:rPr>
          <w:i/>
        </w:rPr>
        <w:t>Instructions: Once all demos are complete, paste the total scores and estimated costs from your individual vendor sheets here to make a final procurement decision.</w:t>
      </w:r>
    </w:p>
    <w:p w14:paraId="3E3985C9" w14:textId="77777777" w:rsidR="000F50CA" w:rsidRDefault="00000000">
      <w:r>
        <w:br/>
      </w:r>
    </w:p>
    <w:tbl>
      <w:tblPr>
        <w:tblStyle w:val="MediumShading1-Accent1"/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1872"/>
        <w:gridCol w:w="1872"/>
        <w:gridCol w:w="1872"/>
        <w:gridCol w:w="1872"/>
      </w:tblGrid>
      <w:tr w:rsidR="000F50CA" w14:paraId="0167D0D0" w14:textId="77777777" w:rsidTr="000F5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FCE582C" w14:textId="77777777" w:rsidR="000F50CA" w:rsidRDefault="00000000">
            <w:r>
              <w:t>Metric</w:t>
            </w:r>
          </w:p>
        </w:tc>
        <w:tc>
          <w:tcPr>
            <w:tcW w:w="1872" w:type="dxa"/>
          </w:tcPr>
          <w:p w14:paraId="6A1955E4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Vendor 1:</w:t>
            </w:r>
            <w:r>
              <w:br/>
              <w:t>________________</w:t>
            </w:r>
          </w:p>
        </w:tc>
        <w:tc>
          <w:tcPr>
            <w:tcW w:w="1872" w:type="dxa"/>
          </w:tcPr>
          <w:p w14:paraId="6900F7B9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Vendor 2:</w:t>
            </w:r>
            <w:r>
              <w:br/>
              <w:t>________________</w:t>
            </w:r>
          </w:p>
        </w:tc>
        <w:tc>
          <w:tcPr>
            <w:tcW w:w="1872" w:type="dxa"/>
          </w:tcPr>
          <w:p w14:paraId="652C63A0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Vendor 3:</w:t>
            </w:r>
            <w:r>
              <w:br/>
              <w:t>________________</w:t>
            </w:r>
          </w:p>
        </w:tc>
        <w:tc>
          <w:tcPr>
            <w:tcW w:w="1872" w:type="dxa"/>
          </w:tcPr>
          <w:p w14:paraId="72F6CEC8" w14:textId="77777777" w:rsidR="000F50CA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Vendor 4:</w:t>
            </w:r>
            <w:r>
              <w:br/>
              <w:t>________________</w:t>
            </w:r>
          </w:p>
        </w:tc>
      </w:tr>
      <w:tr w:rsidR="000F50CA" w14:paraId="293C0EB9" w14:textId="77777777" w:rsidTr="000F5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6C25C4F" w14:textId="77777777" w:rsidR="000F50CA" w:rsidRDefault="00000000">
            <w:r>
              <w:t>Total Score (Out of 100)</w:t>
            </w:r>
          </w:p>
        </w:tc>
        <w:tc>
          <w:tcPr>
            <w:tcW w:w="1872" w:type="dxa"/>
          </w:tcPr>
          <w:p w14:paraId="695C04A3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0A2AC091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252A204B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5C2597C4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73FEEA74" w14:textId="77777777" w:rsidTr="000F5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00DA4DB" w14:textId="77777777" w:rsidR="000F50CA" w:rsidRDefault="00000000">
            <w:r>
              <w:t>Est. Annual Cost ($)</w:t>
            </w:r>
          </w:p>
        </w:tc>
        <w:tc>
          <w:tcPr>
            <w:tcW w:w="1872" w:type="dxa"/>
          </w:tcPr>
          <w:p w14:paraId="267A0A46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32E8F96C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2EB56B1E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00DB314C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747BB2FA" w14:textId="77777777" w:rsidTr="000F5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57546AD" w14:textId="77777777" w:rsidR="000F50CA" w:rsidRDefault="00000000">
            <w:r>
              <w:t>Implementation Time</w:t>
            </w:r>
          </w:p>
        </w:tc>
        <w:tc>
          <w:tcPr>
            <w:tcW w:w="1872" w:type="dxa"/>
          </w:tcPr>
          <w:p w14:paraId="4F251451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5C894D7A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1A6E2A4C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0F596B72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F50CA" w14:paraId="15C2C460" w14:textId="77777777" w:rsidTr="000F50C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88E145C" w14:textId="77777777" w:rsidR="000F50CA" w:rsidRDefault="00000000">
            <w:r>
              <w:t>Biggest Pro</w:t>
            </w:r>
          </w:p>
        </w:tc>
        <w:tc>
          <w:tcPr>
            <w:tcW w:w="1872" w:type="dxa"/>
          </w:tcPr>
          <w:p w14:paraId="0DAFEAB6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30CC0110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1D519E74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5F38813C" w14:textId="77777777" w:rsidR="000F50CA" w:rsidRDefault="000F50C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0F50CA" w14:paraId="359C0CCE" w14:textId="77777777" w:rsidTr="000F50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BF447BA" w14:textId="77777777" w:rsidR="000F50CA" w:rsidRDefault="00000000">
            <w:r>
              <w:t>Biggest Risk / Con</w:t>
            </w:r>
          </w:p>
        </w:tc>
        <w:tc>
          <w:tcPr>
            <w:tcW w:w="1872" w:type="dxa"/>
          </w:tcPr>
          <w:p w14:paraId="157094E6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1B0CE571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58CAE821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72" w:type="dxa"/>
          </w:tcPr>
          <w:p w14:paraId="7B383026" w14:textId="77777777" w:rsidR="000F50CA" w:rsidRDefault="000F50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EA3FCFF" w14:textId="77777777" w:rsidR="000F50CA" w:rsidRDefault="00000000">
      <w:r>
        <w:br/>
      </w:r>
      <w:r>
        <w:br/>
      </w:r>
    </w:p>
    <w:p w14:paraId="342DAB63" w14:textId="77777777" w:rsidR="000F50CA" w:rsidRDefault="00000000">
      <w:r>
        <w:rPr>
          <w:b/>
        </w:rPr>
        <w:t>Final Recommendation / Selected Vendor: _____________________________________</w:t>
      </w:r>
    </w:p>
    <w:p w14:paraId="5714CC41" w14:textId="77777777" w:rsidR="000F50CA" w:rsidRDefault="00000000">
      <w:r>
        <w:br/>
      </w:r>
    </w:p>
    <w:p w14:paraId="53ECCAE7" w14:textId="77777777" w:rsidR="000F50CA" w:rsidRDefault="00000000">
      <w:r>
        <w:rPr>
          <w:b/>
        </w:rPr>
        <w:t>Stakeholder Sign-off: ___________________________   Date: ______________</w:t>
      </w:r>
    </w:p>
    <w:sectPr w:rsidR="000F50C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1521840">
    <w:abstractNumId w:val="8"/>
  </w:num>
  <w:num w:numId="2" w16cid:durableId="498228654">
    <w:abstractNumId w:val="6"/>
  </w:num>
  <w:num w:numId="3" w16cid:durableId="1603875526">
    <w:abstractNumId w:val="5"/>
  </w:num>
  <w:num w:numId="4" w16cid:durableId="1848055918">
    <w:abstractNumId w:val="4"/>
  </w:num>
  <w:num w:numId="5" w16cid:durableId="1151598874">
    <w:abstractNumId w:val="7"/>
  </w:num>
  <w:num w:numId="6" w16cid:durableId="1715151147">
    <w:abstractNumId w:val="3"/>
  </w:num>
  <w:num w:numId="7" w16cid:durableId="566721931">
    <w:abstractNumId w:val="2"/>
  </w:num>
  <w:num w:numId="8" w16cid:durableId="1947421730">
    <w:abstractNumId w:val="1"/>
  </w:num>
  <w:num w:numId="9" w16cid:durableId="19887021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0CA"/>
    <w:rsid w:val="0015074B"/>
    <w:rsid w:val="001A178B"/>
    <w:rsid w:val="0029639D"/>
    <w:rsid w:val="00326F90"/>
    <w:rsid w:val="00371F0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A828CF"/>
  <w14:defaultImageDpi w14:val="300"/>
  <w15:docId w15:val="{BBDC238A-355E-2844-A4EE-B107BD43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Helvetica" w:hAnsi="Helveti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Storey</cp:lastModifiedBy>
  <cp:revision>2</cp:revision>
  <dcterms:created xsi:type="dcterms:W3CDTF">2013-12-23T23:15:00Z</dcterms:created>
  <dcterms:modified xsi:type="dcterms:W3CDTF">2026-10-01T15:34:00Z</dcterms:modified>
  <cp:category/>
</cp:coreProperties>
</file>